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(1 МСР 1 мсб) в/звание рядовой Великоредчанин Александр Геннадьевич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Великоредчанин Александр Геннадьевич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Вага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31.10.1969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рядовой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4 — солдаты / к/с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Старший стрелок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УК-952867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08.09.2026 01:06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