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Великоредчанин Александр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Великоредчанин Александр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Вага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31.10.1969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УК-952867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