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Филимонов Дмитрий Алексеевич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Филимонов Дмитрий Алексеевич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Хакер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12.02.1983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помощник гранатометчика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СА-550997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