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Чернокозов Николай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Чернокозов Николай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Бродяга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19.03.1992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Э-818656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