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Морозов Дмитрий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Морозов Дмитрий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Дэн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03.07.1987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МТ-563972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