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рядовой Пантюшкин Александр Александрович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Пантюшкин Александр Александрович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Сын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24.11.1979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Снайпер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СА-128441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01:06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