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Пантюшкин Александр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Пантюшкин Александр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Сын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24.11.1979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Снайпер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СА-128441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