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Шашолин Александр Васильевич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Шашолин Александр Васильевич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Березуг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01.12.1980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Снайпер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МТ-946976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01:00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