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Семехин Сергей Викторович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Семехин Сергей Викторович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Молочник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10.01.1976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Наводчик-оператор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ЕХ-923121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22:31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