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Семехин Сергей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Семехин Сергей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Молочник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10.01.1976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ЕХ-923121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