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(2 МСР 1 мсб) в/звание сержант Милованчиков Григорий Викторович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Милованчиков Григорий Викторович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Милович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10.08.1986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сержант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снайпер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АБ-018857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00:22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