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Лебедев Алексей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Лебедев Алексей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Кипа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29.06.1984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СА-073832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