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Виллам Семён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Виллам Семён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Касим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18.11.2004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АВ-291147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