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Наместников Сергей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Наместников Сергей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Наместник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29.10.1983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АВ-952403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