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рядовой Наместников Сергей Валерьевич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Наместников Сергей Валерьевич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Наместник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29.10.1983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отделения - командир боевой машины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АВ-952403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08.11.2026 02:48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