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старший матрос Кузнецов Виталий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Кузнецов Виталий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Великий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08.04.1990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Э-650867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