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Сошников Александр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Сошников Александр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Пионер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25.01.1973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МТ-934930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