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(2 МСР 1 мсб) в/звание рядовой Сошников Александр Николаевич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Сошников Александр Николаевич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Пионер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25.01.1973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Гранатометчик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МТ-934930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03:05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