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(1 МСР 1 мсб) в/звание ефрейтор Латыпов Рустам Факилович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Латыпов Рустам Факилович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Жало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12.04.1983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ефрейтор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Стрелок - помощник гранатометчика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МТ-599305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01:16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