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Латыпов Рустам Факилович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Латыпов Рустам Факилович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Жало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12.04.1983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МТ-599305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