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(2 МСР 1 мсб) в/звание рядовой Никифоров Максим Николаевич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Никифоров Максим Николаевич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Некий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02.05.1978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Стрелок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МТ-574514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22:47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