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Никифоров Максим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Никифоров Максим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Некий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02.05.1978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МТ-574514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