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Павлов Николай Витальевич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Павлов Николай Витальевич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Злодей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19.04.1973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 -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СА-078419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02:21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