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Белезов Алексей Дмитриевич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Белезов Алексей Дмитриевич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16.11.1963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Номер расчета -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СА-205729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22:12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