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(2 МСР 1 мсб) в/звание рядовой Тарасов Даниил Сергеевич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Тарасов Даниил Сергеевич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Урал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24.07.1993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рядовой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4 — солдаты / к/с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Гранатометчик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АВ-961867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07.09.2026 22:52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