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Тарасов Даниил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Тарасов Даниил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Урал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24.07.1993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АВ-961867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