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Лаблайкс Юрий Янисович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Лаблайкс Юрий Янисович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Лайс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06.05.1972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СА-003777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