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(2 МСР 1 мсб) в/звание рядовой Лаблайкс Юрий Янисович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Лаблайкс Юрий Янисович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Лайс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06.05.1972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Наводчик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СА-003777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01:41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