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ефрейтор Черенко Дмитрий Дмитриевич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Черенко Дмитрий Дмитриевич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Черенок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03.07.1976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АБ-017853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