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старший матрос Угловский Олег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Угловский Олег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27.08.1979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 - командир боевой машины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МТ-927267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