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Рудь Геннадий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Рудь Геннадий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04.02.1966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АВ-962746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