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Крупнов Виктор Петрович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Крупнов Виктор Петрович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Ташкент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22.04.1972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СА-066111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