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(2 МСР 1 мсб) в/звание рядовой Карлов Роман Сергеевич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Карлов Роман Сергеевич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15.08.1988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Стрелок - помощник гранатометчика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АВ-818818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21:56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