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Карлов Роман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Карлов Роман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15.08.1988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АВ-818818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