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Жиленков Геннадий Петрович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Жиленков Геннадий Петрович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19.09.1974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МТ-824256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