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Немыкин Павел Петрович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Немыкин Павел Петрович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02.03.1964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СА-528830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00:19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