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Пушкарёв Владимир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Пушкарёв Владимир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27.08.1995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АВ-341615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