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Стойчиков Вячеслав Эдуардович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Стойчиков Вячеслав Эдуардович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09.04.1980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УК-954068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