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(2 МСР 1 мсб) в/звание младший сержант Звонцов Сергей Александрович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Звонцов Сергей Александрович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29.01.1989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Заместитель командира взвода - 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АВ-203782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21:56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