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младший сержант Звонцов Сергей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Звонцов Сергей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29.01.1989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 - 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АВ-203782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