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Сочнев Вячеслав Валерьевич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Сочнев Вячеслав Валерьевич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Соча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15.04.1980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СА-233241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