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Сочнев Михаил Вячеславович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Сочнев Михаил Вячеславович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Бак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03.01.2007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оператор (FPV-дронов)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СА-233242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