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Кочов Владимир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Кочов Владимир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Яндекс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25.11.1975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МТ-907326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