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Мамай Дмитрий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Мамай Дмитрий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16.04.1985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СА-008425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