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сержант Булычев Александр Викторович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Булычев Александр Викторович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Рязань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25.02.1982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снайпер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АВ-249014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