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(1 МСР 1 мсб) в/звание старший матрос Трофимов Валерий Юрьевич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Трофимов Валерий Юрьевич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14.08.1971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старший матрос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Стрелок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СА-094837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06.11.2026 21:56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