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старший матрос Трофимов Валерий Юрьевич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Трофимов Валерий Юрьевич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14.08.1971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матрос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СА-094837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