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Кульчицкий Валери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льчицкий Валери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уч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4.06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1501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