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Кульчицкий Валер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льчицкий Валер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уч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6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501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