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(Упр. 1 мсб 1 мсб) в/звание лейтенант Васильев Антон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Васильев Антон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Будда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26.05.1981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батальона по тылу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СА-063049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