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(1 МСР 1 мсб) в/звание ефрейтор Чуносов Михаил Андреевич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Чуносов Михаил Андреевич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03.01.1989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ефрейтор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Стрелок - помощник гранатометчика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Э-654729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06.11.2026 22:50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