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ефрейтор Чуносов Михаил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Чуносов Михаил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03.01.1989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Э-654729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