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рядовой Карнаушенко Михаил Сергеевич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Карнаушенко Михаил Сергеевич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21.11.1999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Номер расчета - стрелок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АВ-223810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22:48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