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Карнаушенко Михаил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Карнаушенко Михаил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21.11.1999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Номер расчета -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АВ-223810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