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Подгорный Максим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Подгорный Максим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21.08.1980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СА-064999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