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рядовой Воронов Андрей Николаевич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Воронов Андрей Николаевич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24.03.1972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Наводчик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СА-080378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