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(1 МСР 1 мсб) в/звание рядовой Воронов Андрей Николаевич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Воронов Андрей Николаевич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24.03.1972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Наводчик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СА-080378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06.11.2026 21:55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