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Гасанбутаев Анзор Али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санбутаев Анзор Али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9.19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7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