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Гасанбутаев Анзор Али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асанбутаев Анзор Али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9.196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70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