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младший сержант Волощук Виктор Михайлович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Волощук Виктор Михайлович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06.07.1983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 - командир боевой машины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СА-022856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