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Баяндин Сергей Семенович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Баяндин Сергей Семенович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01.12.1969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 - помощник гранатометчика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АВ-485127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00:20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