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Мартынюк Сергей Русланович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Мартынюк Сергей Русланович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Рыба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15.01.1999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РА-113845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