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Сергуничев Андрей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Сергуничев Андрей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27.08.1976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СА-069599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