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Сергуничев Андрей Николаевич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Сергуничев Андрей Николаевич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27.08.1976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Номер расчета - 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СА-069599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