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Иванов Андрей Геннадьевич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Иванов Андрей Геннадьевич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08.06.1987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Гранатометчик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СА-031020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