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младший сержант Корсаков Дмитрий Михайлович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Корсаков Дмитрий Михайлович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28.11.1987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Наводчик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МТ-894504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22:09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