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Абрамов Роман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Абрамов Роман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01.06.1995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ВЕ-254491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