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(1 МСР 1 мсб) в/звание младший сержант Денисов Захар Русланович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Денисов Захар Русланович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21.08.1988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младший сержант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 — сержанты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Командир отделения - командир боевой машины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Ю-766030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22:48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