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Денисов Захар Русланович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Денисов Захар Русланович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21.08.1988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командир боевой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Ю-766030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